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C68F" w14:textId="77777777" w:rsidR="00B1095B" w:rsidRPr="00B1095B" w:rsidRDefault="00B1095B" w:rsidP="00B1095B">
      <w:pPr>
        <w:tabs>
          <w:tab w:val="left" w:pos="1266"/>
          <w:tab w:val="center" w:pos="5184"/>
        </w:tabs>
        <w:rPr>
          <w:b/>
          <w:sz w:val="32"/>
        </w:rPr>
      </w:pPr>
      <w:r>
        <w:rPr>
          <w:b/>
          <w:noProof/>
          <w:sz w:val="32"/>
        </w:rPr>
        <w:drawing>
          <wp:anchor distT="0" distB="0" distL="114300" distR="114300" simplePos="0" relativeHeight="251658240" behindDoc="1" locked="0" layoutInCell="1" allowOverlap="1" wp14:anchorId="740B7A66" wp14:editId="1D9DAAAD">
            <wp:simplePos x="0" y="0"/>
            <wp:positionH relativeFrom="column">
              <wp:posOffset>-153342</wp:posOffset>
            </wp:positionH>
            <wp:positionV relativeFrom="paragraph">
              <wp:posOffset>22</wp:posOffset>
            </wp:positionV>
            <wp:extent cx="1339850" cy="1339850"/>
            <wp:effectExtent l="0" t="0" r="0" b="0"/>
            <wp:wrapTight wrapText="bothSides">
              <wp:wrapPolygon edited="0">
                <wp:start x="0" y="0"/>
                <wp:lineTo x="0" y="21191"/>
                <wp:lineTo x="21191" y="21191"/>
                <wp:lineTo x="21191" y="0"/>
                <wp:lineTo x="0" y="0"/>
              </wp:wrapPolygon>
            </wp:wrapTight>
            <wp:docPr id="253215655" name="NHWeek 15 years logo" descr="Nutrition and Hydration Week 15th birthd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anchor>
        </w:drawing>
      </w:r>
      <w:r>
        <w:rPr>
          <w:b/>
          <w:sz w:val="32"/>
        </w:rPr>
        <w:tab/>
      </w:r>
    </w:p>
    <w:p w14:paraId="303A101A" w14:textId="77777777" w:rsidR="00223382" w:rsidRDefault="00B1095B" w:rsidP="00B1095B">
      <w:pPr>
        <w:jc w:val="center"/>
      </w:pPr>
      <w:r>
        <w:rPr>
          <w:b/>
          <w:sz w:val="32"/>
        </w:rPr>
        <w:t>NUTRITION AND HYDRATION WEEK</w:t>
      </w:r>
    </w:p>
    <w:p w14:paraId="3E88791B" w14:textId="77777777" w:rsidR="00223382" w:rsidRDefault="00F44035" w:rsidP="00B1095B">
      <w:pPr>
        <w:jc w:val="center"/>
      </w:pPr>
      <w:r>
        <w:rPr>
          <w:b/>
          <w:sz w:val="36"/>
        </w:rPr>
        <w:t>15th BIRTHDAY SCONE COMPETITION</w:t>
      </w:r>
    </w:p>
    <w:p w14:paraId="149ADB7A" w14:textId="77777777" w:rsidR="00223382" w:rsidRDefault="00B1095B" w:rsidP="00B1095B">
      <w:pPr>
        <w:jc w:val="center"/>
      </w:pPr>
      <w:r>
        <w:rPr>
          <w:b/>
          <w:sz w:val="28"/>
        </w:rPr>
        <w:t>ENTRY FORM</w:t>
      </w:r>
    </w:p>
    <w:p w14:paraId="13E2828F" w14:textId="77777777" w:rsidR="00223382" w:rsidRDefault="00F44035">
      <w:pPr>
        <w:jc w:val="center"/>
      </w:pPr>
      <w:r>
        <w:rPr>
          <w:b/>
          <w:sz w:val="20"/>
        </w:rPr>
        <w:t>REMEMBER THE MAIN RULE – HAVE FUN – ENJOY – BE CREATIVE!</w:t>
      </w:r>
    </w:p>
    <w:p w14:paraId="73B75401" w14:textId="77777777" w:rsidR="00836032" w:rsidRDefault="00A53A91">
      <w:pPr>
        <w:spacing w:before="40"/>
        <w:jc w:val="center"/>
      </w:pPr>
      <w:r>
        <w:rPr>
          <w:b/>
          <w:sz w:val="20"/>
        </w:rPr>
        <w:t>Closing date for entries: Wednesday 18th November 2026  |  Email: nhweek@yahoo.co.uk</w:t>
      </w:r>
    </w:p>
    <w:tbl>
      <w:tblPr>
        <w:tblW w:w="0" w:type="auto"/>
        <w:jc w:val="center"/>
        <w:tblLook w:val="04A0" w:firstRow="1" w:lastRow="0" w:firstColumn="1" w:lastColumn="0" w:noHBand="0" w:noVBand="1"/>
      </w:tblPr>
      <w:tblGrid>
        <w:gridCol w:w="10368"/>
      </w:tblGrid>
      <w:tr w:rsidR="00223382" w14:paraId="4162DB5B" w14:textId="77777777">
        <w:trPr>
          <w:jc w:val="center"/>
        </w:trPr>
        <w:tc>
          <w:tcPr>
            <w:tcW w:w="10368" w:type="dxa"/>
            <w:shd w:val="clear" w:color="auto" w:fill="D9EAD3"/>
          </w:tcPr>
          <w:p w14:paraId="5B1EA312" w14:textId="77777777" w:rsidR="00223382" w:rsidRDefault="00F44035">
            <w:pPr>
              <w:keepNext/>
              <w:spacing w:after="0"/>
            </w:pPr>
            <w:r>
              <w:rPr>
                <w:b/>
                <w:sz w:val="22"/>
              </w:rPr>
              <w:t>1. ENTRANT DETAILS</w:t>
            </w:r>
          </w:p>
        </w:tc>
      </w:tr>
    </w:tbl>
    <w:p w14:paraId="08860888" w14:textId="77777777" w:rsidR="00223382" w:rsidRDefault="00223382">
      <w:pPr>
        <w:keepNext/>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9"/>
        <w:gridCol w:w="5179"/>
      </w:tblGrid>
      <w:tr w:rsidR="00223382" w14:paraId="3C3F0DF8" w14:textId="77777777" w:rsidTr="005A2158">
        <w:trPr>
          <w:cantSplit/>
          <w:jc w:val="center"/>
        </w:trPr>
        <w:tc>
          <w:tcPr>
            <w:tcW w:w="5179" w:type="dxa"/>
            <w:tcBorders>
              <w:top w:val="single" w:sz="4" w:space="0" w:color="auto"/>
              <w:left w:val="single" w:sz="4" w:space="0" w:color="auto"/>
              <w:bottom w:val="single" w:sz="4" w:space="0" w:color="auto"/>
              <w:right w:val="single" w:sz="4" w:space="0" w:color="auto"/>
            </w:tcBorders>
            <w:vAlign w:val="center"/>
          </w:tcPr>
          <w:p w14:paraId="1901EE0D" w14:textId="77777777" w:rsidR="00223382" w:rsidRDefault="00F44035">
            <w:r>
              <w:t>Name of entrant:</w:t>
            </w:r>
            <w:r>
              <w:br/>
            </w:r>
            <w:r>
              <w:br/>
            </w:r>
          </w:p>
        </w:tc>
        <w:tc>
          <w:tcPr>
            <w:tcW w:w="5179" w:type="dxa"/>
            <w:tcBorders>
              <w:top w:val="single" w:sz="4" w:space="0" w:color="auto"/>
              <w:left w:val="single" w:sz="4" w:space="0" w:color="auto"/>
              <w:bottom w:val="single" w:sz="4" w:space="0" w:color="auto"/>
              <w:right w:val="single" w:sz="4" w:space="0" w:color="auto"/>
            </w:tcBorders>
            <w:vAlign w:val="center"/>
          </w:tcPr>
          <w:p w14:paraId="7A161560" w14:textId="77777777" w:rsidR="00223382" w:rsidRDefault="00F44035">
            <w:r>
              <w:t>Organisation / workplace: (if applicable)</w:t>
            </w:r>
            <w:r>
              <w:br/>
            </w:r>
            <w:r>
              <w:br/>
            </w:r>
          </w:p>
        </w:tc>
      </w:tr>
      <w:tr w:rsidR="00223382" w14:paraId="2CB3B4A6" w14:textId="77777777" w:rsidTr="005A2158">
        <w:trPr>
          <w:cantSplit/>
          <w:jc w:val="center"/>
        </w:trPr>
        <w:tc>
          <w:tcPr>
            <w:tcW w:w="5179" w:type="dxa"/>
            <w:tcBorders>
              <w:top w:val="single" w:sz="4" w:space="0" w:color="auto"/>
              <w:left w:val="single" w:sz="4" w:space="0" w:color="auto"/>
              <w:bottom w:val="single" w:sz="4" w:space="0" w:color="auto"/>
              <w:right w:val="single" w:sz="4" w:space="0" w:color="auto"/>
            </w:tcBorders>
            <w:vAlign w:val="center"/>
          </w:tcPr>
          <w:p w14:paraId="5A07B3F1" w14:textId="77777777" w:rsidR="00223382" w:rsidRDefault="00F44035">
            <w:r>
              <w:t>Job title / role:</w:t>
            </w:r>
            <w:r>
              <w:br/>
            </w:r>
            <w:r>
              <w:br/>
            </w:r>
          </w:p>
        </w:tc>
        <w:tc>
          <w:tcPr>
            <w:tcW w:w="5179" w:type="dxa"/>
            <w:tcBorders>
              <w:top w:val="single" w:sz="4" w:space="0" w:color="auto"/>
              <w:left w:val="single" w:sz="4" w:space="0" w:color="auto"/>
              <w:bottom w:val="single" w:sz="4" w:space="0" w:color="auto"/>
              <w:right w:val="single" w:sz="4" w:space="0" w:color="auto"/>
            </w:tcBorders>
            <w:vAlign w:val="center"/>
          </w:tcPr>
          <w:p w14:paraId="748EFE03" w14:textId="77777777" w:rsidR="00223382" w:rsidRDefault="00F44035">
            <w:r>
              <w:t>Telephone number:</w:t>
            </w:r>
            <w:r>
              <w:br/>
            </w:r>
            <w:r>
              <w:br/>
            </w:r>
          </w:p>
        </w:tc>
      </w:tr>
      <w:tr w:rsidR="00223382" w14:paraId="7D0E6F61" w14:textId="77777777" w:rsidTr="005A2158">
        <w:trPr>
          <w:cantSplit/>
          <w:jc w:val="center"/>
        </w:trPr>
        <w:tc>
          <w:tcPr>
            <w:tcW w:w="5179" w:type="dxa"/>
            <w:tcBorders>
              <w:top w:val="single" w:sz="4" w:space="0" w:color="auto"/>
              <w:left w:val="single" w:sz="4" w:space="0" w:color="auto"/>
              <w:bottom w:val="single" w:sz="4" w:space="0" w:color="auto"/>
              <w:right w:val="single" w:sz="4" w:space="0" w:color="auto"/>
            </w:tcBorders>
            <w:vAlign w:val="center"/>
          </w:tcPr>
          <w:p w14:paraId="05260C04" w14:textId="77777777" w:rsidR="00223382" w:rsidRDefault="00F44035">
            <w:r>
              <w:t>Email address:</w:t>
            </w:r>
            <w:r>
              <w:br/>
            </w:r>
            <w:r>
              <w:br/>
            </w:r>
          </w:p>
        </w:tc>
        <w:tc>
          <w:tcPr>
            <w:tcW w:w="5179" w:type="dxa"/>
            <w:tcBorders>
              <w:top w:val="single" w:sz="4" w:space="0" w:color="auto"/>
              <w:left w:val="single" w:sz="4" w:space="0" w:color="auto"/>
              <w:bottom w:val="single" w:sz="4" w:space="0" w:color="auto"/>
              <w:right w:val="single" w:sz="4" w:space="0" w:color="auto"/>
            </w:tcBorders>
            <w:vAlign w:val="center"/>
          </w:tcPr>
          <w:p w14:paraId="1FA7A26A" w14:textId="77777777" w:rsidR="00223382" w:rsidRDefault="00F44035">
            <w:r>
              <w:t>Organisation address: (if applicable)</w:t>
            </w:r>
            <w:r>
              <w:br/>
            </w:r>
            <w:r>
              <w:br/>
            </w:r>
          </w:p>
        </w:tc>
      </w:tr>
    </w:tbl>
    <w:p w14:paraId="2DD3E941"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58"/>
      </w:tblGrid>
      <w:tr w:rsidR="00223382" w14:paraId="114989A5" w14:textId="77777777" w:rsidTr="005A2158">
        <w:trPr>
          <w:jc w:val="center"/>
        </w:trPr>
        <w:tc>
          <w:tcPr>
            <w:tcW w:w="10358" w:type="dxa"/>
            <w:tcBorders>
              <w:top w:val="single" w:sz="4" w:space="0" w:color="auto"/>
            </w:tcBorders>
            <w:shd w:val="clear" w:color="auto" w:fill="D9EAD3"/>
          </w:tcPr>
          <w:p w14:paraId="35A836C2" w14:textId="77777777" w:rsidR="005A2158" w:rsidRDefault="00F44035" w:rsidP="005A2158">
            <w:pPr>
              <w:keepNext/>
              <w:spacing w:after="0"/>
            </w:pPr>
            <w:r>
              <w:rPr>
                <w:b/>
                <w:sz w:val="22"/>
              </w:rPr>
              <w:t>2. COMPETITION CLASS</w:t>
            </w:r>
          </w:p>
        </w:tc>
      </w:tr>
    </w:tbl>
    <w:p w14:paraId="4D323843" w14:textId="77777777" w:rsidR="00223382" w:rsidRDefault="00223382">
      <w:pPr>
        <w:keepNext/>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654"/>
      </w:tblGrid>
      <w:tr w:rsidR="00CA2F4A" w:rsidRPr="00CA2F4A" w14:paraId="22FD3F82" w14:textId="77777777" w:rsidTr="00CA2F4A">
        <w:trPr>
          <w:cantSplit/>
          <w:jc w:val="center"/>
        </w:trPr>
        <w:tc>
          <w:tcPr>
            <w:tcW w:w="704" w:type="dxa"/>
            <w:shd w:val="clear" w:color="auto" w:fill="D9D9D9" w:themeFill="background1" w:themeFillShade="D9"/>
            <w:vAlign w:val="center"/>
          </w:tcPr>
          <w:p w14:paraId="1AA53A75" w14:textId="77777777" w:rsidR="00CA2F4A" w:rsidRPr="00CA2F4A" w:rsidRDefault="00CA2F4A" w:rsidP="00CA2F4A">
            <w:pPr>
              <w:spacing w:after="0"/>
              <w:jc w:val="center"/>
              <w:rPr>
                <w:b/>
                <w:bCs/>
                <w:sz w:val="18"/>
                <w:szCs w:val="20"/>
              </w:rPr>
            </w:pPr>
            <w:r>
              <w:rPr>
                <w:b/>
                <w:bCs/>
                <w:sz w:val="18"/>
                <w:szCs w:val="20"/>
              </w:rPr>
              <w:t>Tick entry</w:t>
            </w:r>
          </w:p>
        </w:tc>
        <w:tc>
          <w:tcPr>
            <w:tcW w:w="9654" w:type="dxa"/>
            <w:shd w:val="clear" w:color="auto" w:fill="D9D9D9" w:themeFill="background1" w:themeFillShade="D9"/>
            <w:vAlign w:val="center"/>
          </w:tcPr>
          <w:p w14:paraId="4FC0655B" w14:textId="77777777" w:rsidR="00CA2F4A" w:rsidRPr="00CA2F4A" w:rsidRDefault="00CA2F4A" w:rsidP="00CA2F4A">
            <w:pPr>
              <w:spacing w:after="0"/>
              <w:rPr>
                <w:b/>
                <w:bCs/>
              </w:rPr>
            </w:pPr>
            <w:r>
              <w:rPr>
                <w:b/>
                <w:bCs/>
              </w:rPr>
              <w:t>Class of scone</w:t>
            </w:r>
          </w:p>
        </w:tc>
      </w:tr>
      <w:tr w:rsidR="00223382" w14:paraId="749A70BD" w14:textId="77777777" w:rsidTr="00CA2F4A">
        <w:trPr>
          <w:cantSplit/>
          <w:jc w:val="center"/>
        </w:trPr>
        <w:tc>
          <w:tcPr>
            <w:tcW w:w="704" w:type="dxa"/>
          </w:tcPr>
          <w:p w14:paraId="687A23D5" w14:textId="77777777" w:rsidR="00223382" w:rsidRDefault="00564BCB">
            <w:pPr>
              <w:jc w:val="center"/>
            </w:pPr>
            <w:sdt>
              <w:sdtPr>
                <w:id w:val="720001"/>
                <w14:checkbox>
                  <w14:checked w14:val="0"/>
                  <w14:checkedState w14:val="2612" w14:font="MS Gothic"/>
                  <w14:uncheckedState w14:val="2610" w14:font="MS Gothic"/>
                </w14:checkbox>
              </w:sdtPr>
              <w:sdtEndPr/>
              <w:sdtContent>
                <w:r w:rsidR="00223382">
                  <w:rPr>
                    <w:rFonts w:ascii="MS Gothic" w:eastAsia="MS Gothic" w:hAnsi="MS Gothic" w:hint="eastAsia"/>
                  </w:rPr>
                  <w:t>☐</w:t>
                </w:r>
              </w:sdtContent>
            </w:sdt>
          </w:p>
        </w:tc>
        <w:tc>
          <w:tcPr>
            <w:tcW w:w="9654" w:type="dxa"/>
          </w:tcPr>
          <w:p w14:paraId="30BD98C4" w14:textId="77777777" w:rsidR="00223382" w:rsidRDefault="00CA2F4A">
            <w:r>
              <w:t>Class One – Sweet Scone</w:t>
            </w:r>
          </w:p>
        </w:tc>
      </w:tr>
      <w:tr w:rsidR="00223382" w14:paraId="686787BE" w14:textId="77777777" w:rsidTr="00CA2F4A">
        <w:trPr>
          <w:cantSplit/>
          <w:jc w:val="center"/>
        </w:trPr>
        <w:tc>
          <w:tcPr>
            <w:tcW w:w="704" w:type="dxa"/>
          </w:tcPr>
          <w:p w14:paraId="63E4052F" w14:textId="77777777" w:rsidR="00223382" w:rsidRDefault="00564BCB">
            <w:pPr>
              <w:jc w:val="center"/>
            </w:pPr>
            <w:sdt>
              <w:sdtPr>
                <w:id w:val="720002"/>
                <w14:checkbox>
                  <w14:checked w14:val="0"/>
                  <w14:checkedState w14:val="2612" w14:font="MS Gothic"/>
                  <w14:uncheckedState w14:val="2610" w14:font="MS Gothic"/>
                </w14:checkbox>
              </w:sdtPr>
              <w:sdtEndPr/>
              <w:sdtContent>
                <w:r w:rsidR="00223382">
                  <w:rPr>
                    <w:rFonts w:ascii="MS Gothic" w:eastAsia="MS Gothic" w:hAnsi="MS Gothic" w:hint="eastAsia"/>
                  </w:rPr>
                  <w:t>☐</w:t>
                </w:r>
              </w:sdtContent>
            </w:sdt>
          </w:p>
        </w:tc>
        <w:tc>
          <w:tcPr>
            <w:tcW w:w="9654" w:type="dxa"/>
          </w:tcPr>
          <w:p w14:paraId="3DA7C619" w14:textId="77777777" w:rsidR="00223382" w:rsidRDefault="00CA2F4A">
            <w:r>
              <w:t>Class One – Savoury Scone</w:t>
            </w:r>
          </w:p>
        </w:tc>
      </w:tr>
      <w:tr w:rsidR="00CA2F4A" w14:paraId="2A66B071" w14:textId="77777777" w:rsidTr="00CA2F4A">
        <w:trPr>
          <w:cantSplit/>
          <w:jc w:val="center"/>
        </w:trPr>
        <w:tc>
          <w:tcPr>
            <w:tcW w:w="704" w:type="dxa"/>
          </w:tcPr>
          <w:p w14:paraId="66CF7BFB" w14:textId="77777777" w:rsidR="00CA2F4A" w:rsidRDefault="00564BCB" w:rsidP="00CA2F4A">
            <w:pPr>
              <w:jc w:val="center"/>
            </w:pPr>
            <w:sdt>
              <w:sdtPr>
                <w:id w:val="720003"/>
                <w14:checkbox>
                  <w14:checked w14:val="0"/>
                  <w14:checkedState w14:val="2612" w14:font="MS Gothic"/>
                  <w14:uncheckedState w14:val="2610" w14:font="MS Gothic"/>
                </w14:checkbox>
              </w:sdtPr>
              <w:sdtEndPr/>
              <w:sdtContent>
                <w:r w:rsidR="00CA2F4A">
                  <w:rPr>
                    <w:rFonts w:ascii="MS Gothic" w:eastAsia="MS Gothic" w:hAnsi="MS Gothic" w:hint="eastAsia"/>
                  </w:rPr>
                  <w:t>☐</w:t>
                </w:r>
              </w:sdtContent>
            </w:sdt>
          </w:p>
        </w:tc>
        <w:tc>
          <w:tcPr>
            <w:tcW w:w="9654" w:type="dxa"/>
          </w:tcPr>
          <w:p w14:paraId="40D444F8" w14:textId="77777777" w:rsidR="00CA2F4A" w:rsidRDefault="00CA2F4A" w:rsidP="00CA2F4A">
            <w:r>
              <w:t>Class Two – Allergen-Free Sweet Scone</w:t>
            </w:r>
          </w:p>
        </w:tc>
      </w:tr>
      <w:tr w:rsidR="00CA2F4A" w14:paraId="6E0F36FD" w14:textId="77777777" w:rsidTr="00CA2F4A">
        <w:trPr>
          <w:cantSplit/>
          <w:jc w:val="center"/>
        </w:trPr>
        <w:tc>
          <w:tcPr>
            <w:tcW w:w="704" w:type="dxa"/>
          </w:tcPr>
          <w:p w14:paraId="408BAA6E" w14:textId="77777777" w:rsidR="00CA2F4A" w:rsidRDefault="00564BCB" w:rsidP="00CA2F4A">
            <w:pPr>
              <w:jc w:val="center"/>
            </w:pPr>
            <w:sdt>
              <w:sdtPr>
                <w:id w:val="720004"/>
                <w14:checkbox>
                  <w14:checked w14:val="0"/>
                  <w14:checkedState w14:val="2612" w14:font="MS Gothic"/>
                  <w14:uncheckedState w14:val="2610" w14:font="MS Gothic"/>
                </w14:checkbox>
              </w:sdtPr>
              <w:sdtEndPr/>
              <w:sdtContent>
                <w:r w:rsidR="00CA2F4A">
                  <w:rPr>
                    <w:rFonts w:ascii="MS Gothic" w:eastAsia="MS Gothic" w:hAnsi="MS Gothic" w:hint="eastAsia"/>
                  </w:rPr>
                  <w:t>☐</w:t>
                </w:r>
              </w:sdtContent>
            </w:sdt>
          </w:p>
        </w:tc>
        <w:tc>
          <w:tcPr>
            <w:tcW w:w="9654" w:type="dxa"/>
          </w:tcPr>
          <w:p w14:paraId="49160D76" w14:textId="77777777" w:rsidR="00CA2F4A" w:rsidRDefault="00CA2F4A" w:rsidP="00CA2F4A">
            <w:r>
              <w:t>Class Two – Allergen-Free Savoury Scone</w:t>
            </w:r>
          </w:p>
        </w:tc>
      </w:tr>
    </w:tbl>
    <w:p w14:paraId="58BD80EB" w14:textId="77777777" w:rsidR="00223382" w:rsidRDefault="00F44035">
      <w:pPr>
        <w:spacing w:before="80" w:after="80"/>
      </w:pPr>
      <w:r>
        <w:t>Please enter one recipe per entry form. If submitting more than one recipe, please complete a separate form for each entry. Please tick one class only. Class Two entrants should complete Section 5 in full.</w:t>
      </w:r>
    </w:p>
    <w:p w14:paraId="79079EB2" w14:textId="77777777" w:rsidR="005A2158" w:rsidRDefault="005A2158">
      <w:pPr>
        <w:spacing w:before="80" w:after="80"/>
      </w:pPr>
    </w:p>
    <w:tbl>
      <w:tblPr>
        <w:tblW w:w="0" w:type="auto"/>
        <w:jc w:val="center"/>
        <w:tblLook w:val="04A0" w:firstRow="1" w:lastRow="0" w:firstColumn="1" w:lastColumn="0" w:noHBand="0" w:noVBand="1"/>
      </w:tblPr>
      <w:tblGrid>
        <w:gridCol w:w="10368"/>
      </w:tblGrid>
      <w:tr w:rsidR="00223382" w14:paraId="61C6E2BD" w14:textId="77777777">
        <w:trPr>
          <w:jc w:val="center"/>
        </w:trPr>
        <w:tc>
          <w:tcPr>
            <w:tcW w:w="10368" w:type="dxa"/>
            <w:shd w:val="clear" w:color="auto" w:fill="D9EAD3"/>
          </w:tcPr>
          <w:p w14:paraId="345FFF03" w14:textId="77777777" w:rsidR="00223382" w:rsidRDefault="00F44035">
            <w:pPr>
              <w:keepNext/>
              <w:spacing w:after="0"/>
            </w:pPr>
            <w:r>
              <w:rPr>
                <w:b/>
                <w:sz w:val="22"/>
              </w:rPr>
              <w:t>3. RECIPE INFORMATION</w:t>
            </w:r>
          </w:p>
        </w:tc>
      </w:tr>
    </w:tbl>
    <w:p w14:paraId="25F565E5" w14:textId="77777777" w:rsidR="00223382" w:rsidRDefault="00223382">
      <w:pPr>
        <w:keepNext/>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0"/>
        <w:gridCol w:w="5178"/>
      </w:tblGrid>
      <w:tr w:rsidR="00223382" w14:paraId="3472E10F" w14:textId="77777777" w:rsidTr="005A2158">
        <w:trPr>
          <w:cantSplit/>
          <w:jc w:val="center"/>
        </w:trPr>
        <w:tc>
          <w:tcPr>
            <w:tcW w:w="5180" w:type="dxa"/>
            <w:vAlign w:val="center"/>
          </w:tcPr>
          <w:p w14:paraId="5252D7FC" w14:textId="77777777" w:rsidR="00223382" w:rsidRDefault="00F44035">
            <w:r>
              <w:t>Recipe name:</w:t>
            </w:r>
            <w:r>
              <w:br/>
            </w:r>
            <w:r>
              <w:br/>
            </w:r>
          </w:p>
        </w:tc>
        <w:tc>
          <w:tcPr>
            <w:tcW w:w="5178" w:type="dxa"/>
            <w:vAlign w:val="center"/>
          </w:tcPr>
          <w:p w14:paraId="4F34B790" w14:textId="77777777" w:rsidR="00223382" w:rsidRDefault="00F44035">
            <w:r>
              <w:t>Number of scones recipe makes:</w:t>
            </w:r>
            <w:r>
              <w:br/>
            </w:r>
            <w:r>
              <w:br/>
            </w:r>
          </w:p>
        </w:tc>
      </w:tr>
      <w:tr w:rsidR="005A2158" w14:paraId="3D856B77" w14:textId="77777777" w:rsidTr="00E93EA2">
        <w:trPr>
          <w:cantSplit/>
          <w:jc w:val="center"/>
        </w:trPr>
        <w:tc>
          <w:tcPr>
            <w:tcW w:w="10358" w:type="dxa"/>
            <w:gridSpan w:val="2"/>
            <w:vAlign w:val="center"/>
          </w:tcPr>
          <w:p w14:paraId="3630DCCF" w14:textId="77777777" w:rsidR="005A2158" w:rsidRDefault="005A2158" w:rsidP="005A2158">
            <w:r>
              <w:t>Short description of the scone:</w:t>
            </w:r>
            <w:r>
              <w:br/>
            </w:r>
          </w:p>
          <w:p w14:paraId="0B93BB4F" w14:textId="77777777" w:rsidR="005A2158" w:rsidRDefault="005A2158" w:rsidP="005A2158"/>
        </w:tc>
      </w:tr>
      <w:tr w:rsidR="005A2158" w14:paraId="70FD6C5F" w14:textId="77777777" w:rsidTr="00FE472A">
        <w:trPr>
          <w:cantSplit/>
          <w:jc w:val="center"/>
        </w:trPr>
        <w:tc>
          <w:tcPr>
            <w:tcW w:w="10358" w:type="dxa"/>
            <w:gridSpan w:val="2"/>
            <w:vAlign w:val="center"/>
          </w:tcPr>
          <w:p w14:paraId="42787CB0" w14:textId="77777777" w:rsidR="005A2158" w:rsidRDefault="005A2158">
            <w:r>
              <w:t>Suggested serving / accompaniments:</w:t>
            </w:r>
            <w:r>
              <w:br/>
            </w:r>
          </w:p>
          <w:p w14:paraId="23543837" w14:textId="77777777" w:rsidR="005A2158" w:rsidRDefault="005A2158"/>
        </w:tc>
      </w:tr>
    </w:tbl>
    <w:p w14:paraId="453362E9" w14:textId="77777777" w:rsidR="005A2158" w:rsidRDefault="005A215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2590"/>
        <w:gridCol w:w="2589"/>
        <w:gridCol w:w="2589"/>
      </w:tblGrid>
      <w:tr w:rsidR="00223382" w:rsidRPr="00CA2F4A" w14:paraId="71CFEC84" w14:textId="77777777" w:rsidTr="00CA2F4A">
        <w:trPr>
          <w:cantSplit/>
          <w:trHeight w:val="416"/>
          <w:jc w:val="center"/>
        </w:trPr>
        <w:tc>
          <w:tcPr>
            <w:tcW w:w="2590" w:type="dxa"/>
            <w:shd w:val="clear" w:color="auto" w:fill="EDEDED"/>
            <w:vAlign w:val="center"/>
          </w:tcPr>
          <w:p w14:paraId="5F665BC9" w14:textId="77777777" w:rsidR="00223382" w:rsidRPr="00CA2F4A" w:rsidRDefault="00F44035" w:rsidP="00CA2F4A">
            <w:pPr>
              <w:spacing w:after="0"/>
              <w:rPr>
                <w:b/>
                <w:bCs/>
              </w:rPr>
            </w:pPr>
            <w:r>
              <w:rPr>
                <w:b/>
                <w:bCs/>
              </w:rPr>
              <w:t>Ingredient</w:t>
            </w:r>
          </w:p>
        </w:tc>
        <w:tc>
          <w:tcPr>
            <w:tcW w:w="2590" w:type="dxa"/>
            <w:shd w:val="clear" w:color="auto" w:fill="EDEDED"/>
            <w:vAlign w:val="center"/>
          </w:tcPr>
          <w:p w14:paraId="74DC115F" w14:textId="77777777" w:rsidR="00CA2F4A" w:rsidRPr="00CA2F4A" w:rsidRDefault="00F44035" w:rsidP="00CA2F4A">
            <w:pPr>
              <w:spacing w:after="0"/>
              <w:rPr>
                <w:b/>
                <w:bCs/>
              </w:rPr>
            </w:pPr>
            <w:r>
              <w:rPr>
                <w:b/>
                <w:bCs/>
              </w:rPr>
              <w:t>Quantity (g / ml)</w:t>
            </w:r>
          </w:p>
        </w:tc>
        <w:tc>
          <w:tcPr>
            <w:tcW w:w="2589" w:type="dxa"/>
            <w:shd w:val="clear" w:color="auto" w:fill="EDEDED"/>
            <w:vAlign w:val="center"/>
          </w:tcPr>
          <w:p w14:paraId="3993642C" w14:textId="77777777" w:rsidR="00223382" w:rsidRPr="00CA2F4A" w:rsidRDefault="00F44035" w:rsidP="00CA2F4A">
            <w:pPr>
              <w:spacing w:after="0"/>
              <w:rPr>
                <w:b/>
                <w:bCs/>
              </w:rPr>
            </w:pPr>
            <w:r>
              <w:rPr>
                <w:b/>
                <w:bCs/>
              </w:rPr>
              <w:t>Cost (£)</w:t>
            </w:r>
          </w:p>
        </w:tc>
        <w:tc>
          <w:tcPr>
            <w:tcW w:w="2589" w:type="dxa"/>
            <w:shd w:val="clear" w:color="auto" w:fill="EDEDED"/>
            <w:vAlign w:val="center"/>
          </w:tcPr>
          <w:p w14:paraId="6676ACCC" w14:textId="77777777" w:rsidR="00223382" w:rsidRPr="00CA2F4A" w:rsidRDefault="00F44035" w:rsidP="00CA2F4A">
            <w:pPr>
              <w:spacing w:after="0"/>
              <w:rPr>
                <w:b/>
                <w:bCs/>
              </w:rPr>
            </w:pPr>
            <w:r>
              <w:rPr>
                <w:b/>
                <w:bCs/>
              </w:rPr>
              <w:t>Notes</w:t>
            </w:r>
          </w:p>
        </w:tc>
      </w:tr>
      <w:tr w:rsidR="00223382" w14:paraId="07006678" w14:textId="77777777" w:rsidTr="005A2158">
        <w:trPr>
          <w:cantSplit/>
          <w:jc w:val="center"/>
        </w:trPr>
        <w:tc>
          <w:tcPr>
            <w:tcW w:w="2590" w:type="dxa"/>
          </w:tcPr>
          <w:p w14:paraId="50B17F0F" w14:textId="77777777" w:rsidR="00223382" w:rsidRDefault="00F44035">
            <w:r>
              <w:br/>
            </w:r>
          </w:p>
        </w:tc>
        <w:tc>
          <w:tcPr>
            <w:tcW w:w="2590" w:type="dxa"/>
          </w:tcPr>
          <w:p w14:paraId="44644D12" w14:textId="77777777" w:rsidR="00223382" w:rsidRDefault="00F44035">
            <w:r>
              <w:br/>
            </w:r>
          </w:p>
        </w:tc>
        <w:tc>
          <w:tcPr>
            <w:tcW w:w="2589" w:type="dxa"/>
          </w:tcPr>
          <w:p w14:paraId="56ED9796" w14:textId="77777777" w:rsidR="00223382" w:rsidRDefault="00F44035">
            <w:r>
              <w:br/>
            </w:r>
          </w:p>
        </w:tc>
        <w:tc>
          <w:tcPr>
            <w:tcW w:w="2589" w:type="dxa"/>
          </w:tcPr>
          <w:p w14:paraId="73DD2C7B" w14:textId="77777777" w:rsidR="00223382" w:rsidRDefault="00F44035">
            <w:r>
              <w:br/>
            </w:r>
          </w:p>
        </w:tc>
      </w:tr>
      <w:tr w:rsidR="00223382" w14:paraId="40F631AD" w14:textId="77777777" w:rsidTr="005A2158">
        <w:trPr>
          <w:cantSplit/>
          <w:jc w:val="center"/>
        </w:trPr>
        <w:tc>
          <w:tcPr>
            <w:tcW w:w="2590" w:type="dxa"/>
          </w:tcPr>
          <w:p w14:paraId="3567BFC5" w14:textId="77777777" w:rsidR="00223382" w:rsidRDefault="00F44035">
            <w:r>
              <w:br/>
            </w:r>
          </w:p>
        </w:tc>
        <w:tc>
          <w:tcPr>
            <w:tcW w:w="2590" w:type="dxa"/>
          </w:tcPr>
          <w:p w14:paraId="6834A88E" w14:textId="77777777" w:rsidR="00223382" w:rsidRDefault="00F44035">
            <w:r>
              <w:br/>
            </w:r>
          </w:p>
        </w:tc>
        <w:tc>
          <w:tcPr>
            <w:tcW w:w="2589" w:type="dxa"/>
          </w:tcPr>
          <w:p w14:paraId="47332E12" w14:textId="77777777" w:rsidR="00223382" w:rsidRDefault="00F44035">
            <w:r>
              <w:br/>
            </w:r>
          </w:p>
        </w:tc>
        <w:tc>
          <w:tcPr>
            <w:tcW w:w="2589" w:type="dxa"/>
          </w:tcPr>
          <w:p w14:paraId="117B4441" w14:textId="77777777" w:rsidR="00223382" w:rsidRDefault="00F44035">
            <w:r>
              <w:br/>
            </w:r>
          </w:p>
        </w:tc>
      </w:tr>
      <w:tr w:rsidR="00223382" w14:paraId="54371794" w14:textId="77777777" w:rsidTr="005A2158">
        <w:trPr>
          <w:cantSplit/>
          <w:jc w:val="center"/>
        </w:trPr>
        <w:tc>
          <w:tcPr>
            <w:tcW w:w="2590" w:type="dxa"/>
          </w:tcPr>
          <w:p w14:paraId="3FDC9F4D" w14:textId="77777777" w:rsidR="00223382" w:rsidRDefault="00F44035">
            <w:r>
              <w:br/>
            </w:r>
          </w:p>
        </w:tc>
        <w:tc>
          <w:tcPr>
            <w:tcW w:w="2590" w:type="dxa"/>
          </w:tcPr>
          <w:p w14:paraId="0DD82491" w14:textId="77777777" w:rsidR="00223382" w:rsidRDefault="00F44035">
            <w:r>
              <w:br/>
            </w:r>
          </w:p>
        </w:tc>
        <w:tc>
          <w:tcPr>
            <w:tcW w:w="2589" w:type="dxa"/>
          </w:tcPr>
          <w:p w14:paraId="37FF8F1D" w14:textId="77777777" w:rsidR="00223382" w:rsidRDefault="00F44035">
            <w:r>
              <w:br/>
            </w:r>
          </w:p>
        </w:tc>
        <w:tc>
          <w:tcPr>
            <w:tcW w:w="2589" w:type="dxa"/>
          </w:tcPr>
          <w:p w14:paraId="62222D77" w14:textId="77777777" w:rsidR="00223382" w:rsidRDefault="00F44035">
            <w:r>
              <w:br/>
            </w:r>
          </w:p>
        </w:tc>
      </w:tr>
      <w:tr w:rsidR="00223382" w14:paraId="5727BF4D" w14:textId="77777777" w:rsidTr="005A2158">
        <w:trPr>
          <w:cantSplit/>
          <w:jc w:val="center"/>
        </w:trPr>
        <w:tc>
          <w:tcPr>
            <w:tcW w:w="2590" w:type="dxa"/>
          </w:tcPr>
          <w:p w14:paraId="60907170" w14:textId="77777777" w:rsidR="00223382" w:rsidRDefault="00F44035">
            <w:r>
              <w:br/>
            </w:r>
          </w:p>
        </w:tc>
        <w:tc>
          <w:tcPr>
            <w:tcW w:w="2590" w:type="dxa"/>
          </w:tcPr>
          <w:p w14:paraId="205CCC60" w14:textId="77777777" w:rsidR="00223382" w:rsidRDefault="00F44035">
            <w:r>
              <w:br/>
            </w:r>
          </w:p>
        </w:tc>
        <w:tc>
          <w:tcPr>
            <w:tcW w:w="2589" w:type="dxa"/>
          </w:tcPr>
          <w:p w14:paraId="23194DED" w14:textId="77777777" w:rsidR="00223382" w:rsidRDefault="00F44035">
            <w:r>
              <w:br/>
            </w:r>
          </w:p>
        </w:tc>
        <w:tc>
          <w:tcPr>
            <w:tcW w:w="2589" w:type="dxa"/>
          </w:tcPr>
          <w:p w14:paraId="1CCF48C7" w14:textId="77777777" w:rsidR="00223382" w:rsidRDefault="00F44035">
            <w:r>
              <w:br/>
            </w:r>
          </w:p>
        </w:tc>
      </w:tr>
      <w:tr w:rsidR="00223382" w14:paraId="7F13A87D" w14:textId="77777777" w:rsidTr="005A2158">
        <w:trPr>
          <w:cantSplit/>
          <w:jc w:val="center"/>
        </w:trPr>
        <w:tc>
          <w:tcPr>
            <w:tcW w:w="2590" w:type="dxa"/>
          </w:tcPr>
          <w:p w14:paraId="2AE2D1FA" w14:textId="77777777" w:rsidR="00223382" w:rsidRDefault="00F44035">
            <w:r>
              <w:br/>
            </w:r>
          </w:p>
        </w:tc>
        <w:tc>
          <w:tcPr>
            <w:tcW w:w="2590" w:type="dxa"/>
          </w:tcPr>
          <w:p w14:paraId="5A9E37F7" w14:textId="77777777" w:rsidR="00223382" w:rsidRDefault="00F44035">
            <w:r>
              <w:br/>
            </w:r>
          </w:p>
        </w:tc>
        <w:tc>
          <w:tcPr>
            <w:tcW w:w="2589" w:type="dxa"/>
          </w:tcPr>
          <w:p w14:paraId="02D5D7E6" w14:textId="77777777" w:rsidR="00223382" w:rsidRDefault="00F44035">
            <w:r>
              <w:br/>
            </w:r>
          </w:p>
        </w:tc>
        <w:tc>
          <w:tcPr>
            <w:tcW w:w="2589" w:type="dxa"/>
          </w:tcPr>
          <w:p w14:paraId="60C84BE0" w14:textId="77777777" w:rsidR="00223382" w:rsidRDefault="00F44035">
            <w:r>
              <w:br/>
            </w:r>
          </w:p>
        </w:tc>
      </w:tr>
      <w:tr w:rsidR="00223382" w14:paraId="143DD1C4" w14:textId="77777777" w:rsidTr="005A2158">
        <w:trPr>
          <w:cantSplit/>
          <w:jc w:val="center"/>
        </w:trPr>
        <w:tc>
          <w:tcPr>
            <w:tcW w:w="2590" w:type="dxa"/>
          </w:tcPr>
          <w:p w14:paraId="3033CBA2" w14:textId="77777777" w:rsidR="00223382" w:rsidRDefault="00F44035">
            <w:r>
              <w:br/>
            </w:r>
          </w:p>
        </w:tc>
        <w:tc>
          <w:tcPr>
            <w:tcW w:w="2590" w:type="dxa"/>
          </w:tcPr>
          <w:p w14:paraId="4E17C205" w14:textId="77777777" w:rsidR="00223382" w:rsidRDefault="00F44035">
            <w:r>
              <w:br/>
            </w:r>
          </w:p>
        </w:tc>
        <w:tc>
          <w:tcPr>
            <w:tcW w:w="2589" w:type="dxa"/>
          </w:tcPr>
          <w:p w14:paraId="007B0E31" w14:textId="77777777" w:rsidR="00223382" w:rsidRDefault="00F44035">
            <w:r>
              <w:br/>
            </w:r>
          </w:p>
        </w:tc>
        <w:tc>
          <w:tcPr>
            <w:tcW w:w="2589" w:type="dxa"/>
          </w:tcPr>
          <w:p w14:paraId="0BDC0F26" w14:textId="77777777" w:rsidR="00223382" w:rsidRDefault="00F44035">
            <w:r>
              <w:br/>
            </w:r>
          </w:p>
        </w:tc>
      </w:tr>
      <w:tr w:rsidR="00223382" w14:paraId="2D1275F1" w14:textId="77777777" w:rsidTr="005A2158">
        <w:trPr>
          <w:cantSplit/>
          <w:jc w:val="center"/>
        </w:trPr>
        <w:tc>
          <w:tcPr>
            <w:tcW w:w="2590" w:type="dxa"/>
          </w:tcPr>
          <w:p w14:paraId="22A50A95" w14:textId="77777777" w:rsidR="00223382" w:rsidRDefault="00F44035">
            <w:r>
              <w:br/>
            </w:r>
          </w:p>
        </w:tc>
        <w:tc>
          <w:tcPr>
            <w:tcW w:w="2590" w:type="dxa"/>
          </w:tcPr>
          <w:p w14:paraId="3093C511" w14:textId="77777777" w:rsidR="00223382" w:rsidRDefault="00F44035">
            <w:r>
              <w:br/>
            </w:r>
          </w:p>
        </w:tc>
        <w:tc>
          <w:tcPr>
            <w:tcW w:w="2589" w:type="dxa"/>
          </w:tcPr>
          <w:p w14:paraId="2FFBF195" w14:textId="77777777" w:rsidR="00223382" w:rsidRDefault="00F44035">
            <w:r>
              <w:br/>
            </w:r>
          </w:p>
        </w:tc>
        <w:tc>
          <w:tcPr>
            <w:tcW w:w="2589" w:type="dxa"/>
          </w:tcPr>
          <w:p w14:paraId="6F6FBF80" w14:textId="77777777" w:rsidR="00223382" w:rsidRDefault="00F44035">
            <w:r>
              <w:br/>
            </w:r>
          </w:p>
        </w:tc>
      </w:tr>
      <w:tr w:rsidR="00223382" w14:paraId="38D676DD" w14:textId="77777777" w:rsidTr="005A2158">
        <w:trPr>
          <w:cantSplit/>
          <w:jc w:val="center"/>
        </w:trPr>
        <w:tc>
          <w:tcPr>
            <w:tcW w:w="2590" w:type="dxa"/>
          </w:tcPr>
          <w:p w14:paraId="38437817" w14:textId="77777777" w:rsidR="00223382" w:rsidRDefault="00F44035">
            <w:r>
              <w:br/>
            </w:r>
          </w:p>
        </w:tc>
        <w:tc>
          <w:tcPr>
            <w:tcW w:w="2590" w:type="dxa"/>
          </w:tcPr>
          <w:p w14:paraId="0F62E685" w14:textId="77777777" w:rsidR="00223382" w:rsidRDefault="00F44035">
            <w:r>
              <w:br/>
            </w:r>
          </w:p>
        </w:tc>
        <w:tc>
          <w:tcPr>
            <w:tcW w:w="2589" w:type="dxa"/>
          </w:tcPr>
          <w:p w14:paraId="60323FD3" w14:textId="77777777" w:rsidR="00223382" w:rsidRDefault="00F44035">
            <w:r>
              <w:br/>
            </w:r>
          </w:p>
        </w:tc>
        <w:tc>
          <w:tcPr>
            <w:tcW w:w="2589" w:type="dxa"/>
          </w:tcPr>
          <w:p w14:paraId="02C774BF" w14:textId="77777777" w:rsidR="00223382" w:rsidRDefault="00F44035">
            <w:r>
              <w:br/>
            </w:r>
          </w:p>
        </w:tc>
      </w:tr>
    </w:tbl>
    <w:p w14:paraId="169ACDF6" w14:textId="77777777" w:rsidR="00223382" w:rsidRDefault="00F44035">
      <w:r>
        <w:t>Total recipe cost: £______________     Cost per portion: £______________ (costs will not be judged – for reference only)</w:t>
      </w:r>
    </w:p>
    <w:tbl>
      <w:tblPr>
        <w:tblW w:w="0" w:type="auto"/>
        <w:jc w:val="center"/>
        <w:tblLook w:val="04A0" w:firstRow="1" w:lastRow="0" w:firstColumn="1" w:lastColumn="0" w:noHBand="0" w:noVBand="1"/>
      </w:tblPr>
      <w:tblGrid>
        <w:gridCol w:w="10368"/>
      </w:tblGrid>
      <w:tr w:rsidR="00223382" w14:paraId="56D3AE36" w14:textId="77777777">
        <w:trPr>
          <w:jc w:val="center"/>
        </w:trPr>
        <w:tc>
          <w:tcPr>
            <w:tcW w:w="10368" w:type="dxa"/>
            <w:shd w:val="clear" w:color="auto" w:fill="D9EAD3"/>
          </w:tcPr>
          <w:p w14:paraId="4BDC2065" w14:textId="77777777" w:rsidR="00223382" w:rsidRDefault="00F44035">
            <w:pPr>
              <w:keepNext/>
              <w:spacing w:after="0"/>
            </w:pPr>
            <w:r>
              <w:rPr>
                <w:b/>
                <w:sz w:val="22"/>
              </w:rPr>
              <w:t>4. METHOD</w:t>
            </w:r>
          </w:p>
        </w:tc>
      </w:tr>
    </w:tbl>
    <w:p w14:paraId="11CF408F" w14:textId="77777777" w:rsidR="00223382" w:rsidRDefault="00223382">
      <w:pPr>
        <w:keepNext/>
        <w:spacing w:after="0"/>
      </w:pPr>
    </w:p>
    <w:p w14:paraId="56EC79DA" w14:textId="77777777" w:rsidR="00223382" w:rsidRDefault="00F44035">
      <w:pPr>
        <w:keepNext/>
        <w:spacing w:after="40"/>
      </w:pPr>
      <w:r>
        <w:t>Please provide a clear step-by-step method, including preparation, mixing, shaping, cooking temperature and cooking time.</w:t>
      </w:r>
    </w:p>
    <w:p w14:paraId="490B7A1C" w14:textId="77777777" w:rsidR="00836032" w:rsidRDefault="00836032">
      <w:pPr>
        <w:keepNext/>
        <w:spacing w:after="0" w:line="200" w:lineRule="exact"/>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6"/>
        <w:gridCol w:w="3456"/>
        <w:gridCol w:w="3456"/>
      </w:tblGrid>
      <w:tr w:rsidR="00836032" w14:paraId="050D666B" w14:textId="77777777">
        <w:trPr>
          <w:cantSplit/>
          <w:trHeight w:val="520"/>
          <w:jc w:val="center"/>
        </w:trPr>
        <w:tc>
          <w:tcPr>
            <w:tcW w:w="3456" w:type="dxa"/>
          </w:tcPr>
          <w:p w14:paraId="58585CD0" w14:textId="77777777" w:rsidR="00836032" w:rsidRDefault="00A53A91">
            <w:pPr>
              <w:spacing w:after="0"/>
            </w:pPr>
            <w:r>
              <w:t>Oven temperature (°C) and type (fan / conventional):</w:t>
            </w:r>
          </w:p>
        </w:tc>
        <w:tc>
          <w:tcPr>
            <w:tcW w:w="3456" w:type="dxa"/>
          </w:tcPr>
          <w:p w14:paraId="50ED6CD5" w14:textId="77777777" w:rsidR="00836032" w:rsidRDefault="00A53A91">
            <w:pPr>
              <w:spacing w:after="0"/>
            </w:pPr>
            <w:r>
              <w:t>Cooking time (minutes):</w:t>
            </w:r>
          </w:p>
        </w:tc>
        <w:tc>
          <w:tcPr>
            <w:tcW w:w="3456" w:type="dxa"/>
          </w:tcPr>
          <w:p w14:paraId="3F74F5FB" w14:textId="77777777" w:rsidR="00836032" w:rsidRDefault="00A53A91">
            <w:pPr>
              <w:spacing w:after="0"/>
            </w:pPr>
            <w:r>
              <w:t>Resting / cooling time (if any):</w:t>
            </w:r>
          </w:p>
        </w:tc>
      </w:tr>
    </w:tbl>
    <w:p w14:paraId="6E1ECE3E" w14:textId="77777777" w:rsidR="00836032" w:rsidRDefault="00836032">
      <w:pPr>
        <w:spacing w:after="0" w:line="20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8"/>
      </w:tblGrid>
      <w:tr w:rsidR="00223382" w14:paraId="2319A438" w14:textId="77777777">
        <w:trPr>
          <w:cantSplit/>
          <w:trHeight w:val="3300"/>
          <w:jc w:val="center"/>
        </w:trPr>
        <w:tc>
          <w:tcPr>
            <w:tcW w:w="10368" w:type="dxa"/>
          </w:tcPr>
          <w:p w14:paraId="2EDB0348" w14:textId="77777777" w:rsidR="00223382" w:rsidRDefault="00223382"/>
        </w:tc>
      </w:tr>
    </w:tbl>
    <w:p w14:paraId="29BDC1A0"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68"/>
      </w:tblGrid>
      <w:tr w:rsidR="00223382" w14:paraId="4952DCF0" w14:textId="77777777">
        <w:trPr>
          <w:jc w:val="center"/>
        </w:trPr>
        <w:tc>
          <w:tcPr>
            <w:tcW w:w="10368" w:type="dxa"/>
            <w:shd w:val="clear" w:color="auto" w:fill="D9EAD3"/>
          </w:tcPr>
          <w:p w14:paraId="6FB9E353" w14:textId="77777777" w:rsidR="00223382" w:rsidRDefault="00F44035">
            <w:pPr>
              <w:keepNext/>
              <w:pageBreakBefore/>
              <w:spacing w:after="0"/>
            </w:pPr>
            <w:r>
              <w:rPr>
                <w:b/>
                <w:sz w:val="22"/>
              </w:rPr>
              <w:lastRenderedPageBreak/>
              <w:t>5. ALLERGEN INFORMATION</w:t>
            </w:r>
          </w:p>
        </w:tc>
      </w:tr>
    </w:tbl>
    <w:p w14:paraId="0AF2D1B6" w14:textId="77777777" w:rsidR="00223382" w:rsidRDefault="00223382">
      <w:pPr>
        <w:keepNext/>
        <w:spacing w:after="0"/>
      </w:pPr>
    </w:p>
    <w:p w14:paraId="2063E386" w14:textId="77777777" w:rsidR="00223382" w:rsidRDefault="00F44035">
      <w:pPr>
        <w:keepNext/>
      </w:pPr>
      <w:r>
        <w:t>For Class Two entries, please provide details demonstrating how the recipe meets the competition requirements. Please also identify any relevant allergens and explain how cross-contamination is controlled.</w:t>
      </w:r>
    </w:p>
    <w:p w14:paraId="331C4C32" w14:textId="77777777" w:rsidR="00836032" w:rsidRDefault="00A53A91">
      <w:pPr>
        <w:keepNext/>
        <w:spacing w:after="80"/>
      </w:pPr>
      <w:r>
        <w:t>Tick every allergen contained in your recipe, including any in shop-bought ingredients (please check the labels). Use the Details column to note how it is used or controlled.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9"/>
        <w:gridCol w:w="5179"/>
      </w:tblGrid>
      <w:tr w:rsidR="00223382" w14:paraId="12E83AAA" w14:textId="77777777">
        <w:trPr>
          <w:cantSplit/>
          <w:tblHeader/>
          <w:jc w:val="center"/>
        </w:trPr>
        <w:tc>
          <w:tcPr>
            <w:tcW w:w="5184" w:type="dxa"/>
            <w:shd w:val="clear" w:color="auto" w:fill="EDEDED"/>
          </w:tcPr>
          <w:p w14:paraId="5FA3DCB3" w14:textId="22A58607" w:rsidR="00223382" w:rsidRDefault="00F44035">
            <w:r>
              <w:t>Allergen (</w:t>
            </w:r>
            <w:r w:rsidR="00727C07">
              <w:t xml:space="preserve">put a cross in the box </w:t>
            </w:r>
            <w:r>
              <w:t>if present in recipe)</w:t>
            </w:r>
          </w:p>
        </w:tc>
        <w:tc>
          <w:tcPr>
            <w:tcW w:w="5184" w:type="dxa"/>
            <w:shd w:val="clear" w:color="auto" w:fill="EDEDED"/>
          </w:tcPr>
          <w:p w14:paraId="2C56A442" w14:textId="77777777" w:rsidR="00223382" w:rsidRDefault="00F44035">
            <w:r>
              <w:t>Details / controls</w:t>
            </w:r>
          </w:p>
        </w:tc>
      </w:tr>
      <w:tr w:rsidR="00836032" w14:paraId="74C84E06" w14:textId="77777777">
        <w:trPr>
          <w:cantSplit/>
          <w:trHeight w:val="400"/>
          <w:jc w:val="center"/>
        </w:trPr>
        <w:tc>
          <w:tcPr>
            <w:tcW w:w="5184" w:type="dxa"/>
            <w:vAlign w:val="center"/>
          </w:tcPr>
          <w:p w14:paraId="721F588E" w14:textId="77777777" w:rsidR="00836032" w:rsidRDefault="00564BCB">
            <w:sdt>
              <w:sdtPr>
                <w:id w:val="710000"/>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Celery</w:t>
            </w:r>
          </w:p>
        </w:tc>
        <w:tc>
          <w:tcPr>
            <w:tcW w:w="5184" w:type="dxa"/>
            <w:vAlign w:val="center"/>
          </w:tcPr>
          <w:p w14:paraId="379546C2" w14:textId="77777777" w:rsidR="00836032" w:rsidRDefault="00836032"/>
        </w:tc>
      </w:tr>
      <w:tr w:rsidR="00836032" w14:paraId="448BA5AB" w14:textId="77777777">
        <w:trPr>
          <w:cantSplit/>
          <w:trHeight w:val="400"/>
          <w:jc w:val="center"/>
        </w:trPr>
        <w:tc>
          <w:tcPr>
            <w:tcW w:w="5184" w:type="dxa"/>
            <w:vAlign w:val="center"/>
          </w:tcPr>
          <w:p w14:paraId="43663C4F" w14:textId="77777777" w:rsidR="00836032" w:rsidRDefault="00564BCB">
            <w:sdt>
              <w:sdtPr>
                <w:id w:val="710001"/>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Cereals containing gluten (wheat, rye, barley, oats)</w:t>
            </w:r>
          </w:p>
        </w:tc>
        <w:tc>
          <w:tcPr>
            <w:tcW w:w="5184" w:type="dxa"/>
            <w:vAlign w:val="center"/>
          </w:tcPr>
          <w:p w14:paraId="44246D8D" w14:textId="77777777" w:rsidR="00836032" w:rsidRDefault="00836032"/>
        </w:tc>
      </w:tr>
      <w:tr w:rsidR="00836032" w14:paraId="08D13F91" w14:textId="77777777">
        <w:trPr>
          <w:cantSplit/>
          <w:trHeight w:val="400"/>
          <w:jc w:val="center"/>
        </w:trPr>
        <w:tc>
          <w:tcPr>
            <w:tcW w:w="5184" w:type="dxa"/>
            <w:vAlign w:val="center"/>
          </w:tcPr>
          <w:p w14:paraId="3C5F7D18" w14:textId="77777777" w:rsidR="00836032" w:rsidRDefault="00564BCB">
            <w:sdt>
              <w:sdtPr>
                <w:id w:val="710002"/>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Crustaceans (e.g. prawns, crab, lobster)</w:t>
            </w:r>
          </w:p>
        </w:tc>
        <w:tc>
          <w:tcPr>
            <w:tcW w:w="5184" w:type="dxa"/>
            <w:vAlign w:val="center"/>
          </w:tcPr>
          <w:p w14:paraId="364ED1BE" w14:textId="77777777" w:rsidR="00836032" w:rsidRDefault="00836032"/>
        </w:tc>
      </w:tr>
      <w:tr w:rsidR="00836032" w14:paraId="6E1DE21A" w14:textId="77777777">
        <w:trPr>
          <w:cantSplit/>
          <w:trHeight w:val="400"/>
          <w:jc w:val="center"/>
        </w:trPr>
        <w:tc>
          <w:tcPr>
            <w:tcW w:w="5184" w:type="dxa"/>
            <w:vAlign w:val="center"/>
          </w:tcPr>
          <w:p w14:paraId="5E805379" w14:textId="77777777" w:rsidR="00836032" w:rsidRDefault="00564BCB">
            <w:sdt>
              <w:sdtPr>
                <w:id w:val="710003"/>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Eggs</w:t>
            </w:r>
          </w:p>
        </w:tc>
        <w:tc>
          <w:tcPr>
            <w:tcW w:w="5184" w:type="dxa"/>
            <w:vAlign w:val="center"/>
          </w:tcPr>
          <w:p w14:paraId="7C0F32D4" w14:textId="77777777" w:rsidR="00836032" w:rsidRDefault="00836032"/>
        </w:tc>
      </w:tr>
      <w:tr w:rsidR="00836032" w14:paraId="69A6B414" w14:textId="77777777">
        <w:trPr>
          <w:cantSplit/>
          <w:trHeight w:val="400"/>
          <w:jc w:val="center"/>
        </w:trPr>
        <w:tc>
          <w:tcPr>
            <w:tcW w:w="5184" w:type="dxa"/>
            <w:vAlign w:val="center"/>
          </w:tcPr>
          <w:p w14:paraId="0B77FFA7" w14:textId="77777777" w:rsidR="00836032" w:rsidRDefault="00564BCB">
            <w:sdt>
              <w:sdtPr>
                <w:id w:val="710004"/>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Fish</w:t>
            </w:r>
          </w:p>
        </w:tc>
        <w:tc>
          <w:tcPr>
            <w:tcW w:w="5184" w:type="dxa"/>
            <w:vAlign w:val="center"/>
          </w:tcPr>
          <w:p w14:paraId="1597550E" w14:textId="77777777" w:rsidR="00836032" w:rsidRDefault="00836032"/>
        </w:tc>
      </w:tr>
      <w:tr w:rsidR="00836032" w14:paraId="0AA6610F" w14:textId="77777777">
        <w:trPr>
          <w:cantSplit/>
          <w:trHeight w:val="400"/>
          <w:jc w:val="center"/>
        </w:trPr>
        <w:tc>
          <w:tcPr>
            <w:tcW w:w="5184" w:type="dxa"/>
            <w:vAlign w:val="center"/>
          </w:tcPr>
          <w:p w14:paraId="3B5753BC" w14:textId="77777777" w:rsidR="00836032" w:rsidRDefault="00564BCB">
            <w:sdt>
              <w:sdtPr>
                <w:id w:val="710005"/>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Lupin</w:t>
            </w:r>
          </w:p>
        </w:tc>
        <w:tc>
          <w:tcPr>
            <w:tcW w:w="5184" w:type="dxa"/>
            <w:vAlign w:val="center"/>
          </w:tcPr>
          <w:p w14:paraId="20341F6D" w14:textId="77777777" w:rsidR="00836032" w:rsidRDefault="00836032"/>
        </w:tc>
      </w:tr>
      <w:tr w:rsidR="00836032" w14:paraId="29FC48BF" w14:textId="77777777">
        <w:trPr>
          <w:cantSplit/>
          <w:trHeight w:val="400"/>
          <w:jc w:val="center"/>
        </w:trPr>
        <w:tc>
          <w:tcPr>
            <w:tcW w:w="5184" w:type="dxa"/>
            <w:vAlign w:val="center"/>
          </w:tcPr>
          <w:p w14:paraId="2BE6225D" w14:textId="77777777" w:rsidR="00836032" w:rsidRDefault="00564BCB">
            <w:sdt>
              <w:sdtPr>
                <w:id w:val="710006"/>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Milk</w:t>
            </w:r>
          </w:p>
        </w:tc>
        <w:tc>
          <w:tcPr>
            <w:tcW w:w="5184" w:type="dxa"/>
            <w:vAlign w:val="center"/>
          </w:tcPr>
          <w:p w14:paraId="36C1202E" w14:textId="77777777" w:rsidR="00836032" w:rsidRDefault="00836032"/>
        </w:tc>
      </w:tr>
      <w:tr w:rsidR="00836032" w14:paraId="1C71115A" w14:textId="77777777">
        <w:trPr>
          <w:cantSplit/>
          <w:trHeight w:val="400"/>
          <w:jc w:val="center"/>
        </w:trPr>
        <w:tc>
          <w:tcPr>
            <w:tcW w:w="5184" w:type="dxa"/>
            <w:vAlign w:val="center"/>
          </w:tcPr>
          <w:p w14:paraId="4E7F9E87" w14:textId="77777777" w:rsidR="00836032" w:rsidRDefault="00564BCB">
            <w:sdt>
              <w:sdtPr>
                <w:id w:val="710007"/>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Molluscs (e.g. mussels, oysters, squid)</w:t>
            </w:r>
          </w:p>
        </w:tc>
        <w:tc>
          <w:tcPr>
            <w:tcW w:w="5184" w:type="dxa"/>
            <w:vAlign w:val="center"/>
          </w:tcPr>
          <w:p w14:paraId="10F18467" w14:textId="77777777" w:rsidR="00836032" w:rsidRDefault="00836032"/>
        </w:tc>
      </w:tr>
      <w:tr w:rsidR="00836032" w14:paraId="64F56711" w14:textId="77777777">
        <w:trPr>
          <w:cantSplit/>
          <w:trHeight w:val="400"/>
          <w:jc w:val="center"/>
        </w:trPr>
        <w:tc>
          <w:tcPr>
            <w:tcW w:w="5184" w:type="dxa"/>
            <w:vAlign w:val="center"/>
          </w:tcPr>
          <w:p w14:paraId="38B36A6F" w14:textId="77777777" w:rsidR="00836032" w:rsidRDefault="00564BCB">
            <w:sdt>
              <w:sdtPr>
                <w:id w:val="710008"/>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Mustard</w:t>
            </w:r>
          </w:p>
        </w:tc>
        <w:tc>
          <w:tcPr>
            <w:tcW w:w="5184" w:type="dxa"/>
            <w:vAlign w:val="center"/>
          </w:tcPr>
          <w:p w14:paraId="5606FBC4" w14:textId="77777777" w:rsidR="00836032" w:rsidRDefault="00836032"/>
        </w:tc>
      </w:tr>
      <w:tr w:rsidR="00836032" w14:paraId="2271C92E" w14:textId="77777777">
        <w:trPr>
          <w:cantSplit/>
          <w:trHeight w:val="400"/>
          <w:jc w:val="center"/>
        </w:trPr>
        <w:tc>
          <w:tcPr>
            <w:tcW w:w="5184" w:type="dxa"/>
            <w:vAlign w:val="center"/>
          </w:tcPr>
          <w:p w14:paraId="357FE15A" w14:textId="77777777" w:rsidR="00836032" w:rsidRDefault="00564BCB">
            <w:sdt>
              <w:sdtPr>
                <w:id w:val="710009"/>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Peanuts</w:t>
            </w:r>
          </w:p>
        </w:tc>
        <w:tc>
          <w:tcPr>
            <w:tcW w:w="5184" w:type="dxa"/>
            <w:vAlign w:val="center"/>
          </w:tcPr>
          <w:p w14:paraId="05F4FBF0" w14:textId="77777777" w:rsidR="00836032" w:rsidRDefault="00836032"/>
        </w:tc>
      </w:tr>
      <w:tr w:rsidR="00836032" w14:paraId="7DFC5F50" w14:textId="77777777">
        <w:trPr>
          <w:cantSplit/>
          <w:trHeight w:val="400"/>
          <w:jc w:val="center"/>
        </w:trPr>
        <w:tc>
          <w:tcPr>
            <w:tcW w:w="5184" w:type="dxa"/>
            <w:vAlign w:val="center"/>
          </w:tcPr>
          <w:p w14:paraId="023FBCE3" w14:textId="77777777" w:rsidR="00836032" w:rsidRDefault="00564BCB">
            <w:sdt>
              <w:sdtPr>
                <w:id w:val="710010"/>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Sesame</w:t>
            </w:r>
          </w:p>
        </w:tc>
        <w:tc>
          <w:tcPr>
            <w:tcW w:w="5184" w:type="dxa"/>
            <w:vAlign w:val="center"/>
          </w:tcPr>
          <w:p w14:paraId="623DF567" w14:textId="77777777" w:rsidR="00836032" w:rsidRDefault="00836032"/>
        </w:tc>
      </w:tr>
      <w:tr w:rsidR="00836032" w14:paraId="0FBF040B" w14:textId="77777777">
        <w:trPr>
          <w:cantSplit/>
          <w:trHeight w:val="400"/>
          <w:jc w:val="center"/>
        </w:trPr>
        <w:tc>
          <w:tcPr>
            <w:tcW w:w="5184" w:type="dxa"/>
            <w:vAlign w:val="center"/>
          </w:tcPr>
          <w:p w14:paraId="55E16A4F" w14:textId="77777777" w:rsidR="00836032" w:rsidRDefault="00564BCB">
            <w:sdt>
              <w:sdtPr>
                <w:id w:val="710011"/>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Soybeans</w:t>
            </w:r>
          </w:p>
        </w:tc>
        <w:tc>
          <w:tcPr>
            <w:tcW w:w="5184" w:type="dxa"/>
            <w:vAlign w:val="center"/>
          </w:tcPr>
          <w:p w14:paraId="43B8486B" w14:textId="77777777" w:rsidR="00836032" w:rsidRDefault="00836032"/>
        </w:tc>
      </w:tr>
      <w:tr w:rsidR="00836032" w14:paraId="1BC0BF1C" w14:textId="77777777">
        <w:trPr>
          <w:cantSplit/>
          <w:trHeight w:val="400"/>
          <w:jc w:val="center"/>
        </w:trPr>
        <w:tc>
          <w:tcPr>
            <w:tcW w:w="5184" w:type="dxa"/>
            <w:vAlign w:val="center"/>
          </w:tcPr>
          <w:p w14:paraId="2E0AE54D" w14:textId="77777777" w:rsidR="00836032" w:rsidRDefault="00564BCB">
            <w:sdt>
              <w:sdtPr>
                <w:id w:val="710012"/>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Sulphur dioxide / sulphites (over 10mg/kg or 10mg/L)</w:t>
            </w:r>
          </w:p>
        </w:tc>
        <w:tc>
          <w:tcPr>
            <w:tcW w:w="5184" w:type="dxa"/>
            <w:vAlign w:val="center"/>
          </w:tcPr>
          <w:p w14:paraId="730B8380" w14:textId="77777777" w:rsidR="00836032" w:rsidRDefault="00836032"/>
        </w:tc>
      </w:tr>
      <w:tr w:rsidR="00836032" w14:paraId="2ACC902A" w14:textId="77777777">
        <w:trPr>
          <w:cantSplit/>
          <w:trHeight w:val="400"/>
          <w:jc w:val="center"/>
        </w:trPr>
        <w:tc>
          <w:tcPr>
            <w:tcW w:w="5184" w:type="dxa"/>
            <w:vAlign w:val="center"/>
          </w:tcPr>
          <w:p w14:paraId="4C706785" w14:textId="77777777" w:rsidR="00836032" w:rsidRDefault="00564BCB">
            <w:sdt>
              <w:sdtPr>
                <w:id w:val="710013"/>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Tree nuts (e.g. almonds, hazelnuts, walnuts, cashews, pecans, pistachios, macadamia, Brazil nuts)</w:t>
            </w:r>
          </w:p>
        </w:tc>
        <w:tc>
          <w:tcPr>
            <w:tcW w:w="5184" w:type="dxa"/>
            <w:vAlign w:val="center"/>
          </w:tcPr>
          <w:p w14:paraId="0F4024B3" w14:textId="77777777" w:rsidR="00836032" w:rsidRDefault="00836032"/>
        </w:tc>
      </w:tr>
    </w:tbl>
    <w:p w14:paraId="04C36A63" w14:textId="77777777" w:rsidR="00836032" w:rsidRDefault="00836032">
      <w:pPr>
        <w:spacing w:after="0" w:line="200" w:lineRule="exact"/>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8"/>
      </w:tblGrid>
      <w:tr w:rsidR="00836032" w14:paraId="2210CC24" w14:textId="77777777">
        <w:trPr>
          <w:cantSplit/>
          <w:trHeight w:val="1200"/>
          <w:jc w:val="center"/>
        </w:trPr>
        <w:tc>
          <w:tcPr>
            <w:tcW w:w="10368" w:type="dxa"/>
          </w:tcPr>
          <w:p w14:paraId="57D5043F" w14:textId="77777777" w:rsidR="00836032" w:rsidRDefault="00A53A91">
            <w:pPr>
              <w:spacing w:after="0"/>
            </w:pPr>
            <w:r>
              <w:t>Cross-contamination controls (e.g. separate equipment, preparation area, storage):</w:t>
            </w:r>
          </w:p>
        </w:tc>
      </w:tr>
    </w:tbl>
    <w:p w14:paraId="79744017"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68"/>
      </w:tblGrid>
      <w:tr w:rsidR="00223382" w14:paraId="4F2C5987" w14:textId="77777777">
        <w:trPr>
          <w:jc w:val="center"/>
        </w:trPr>
        <w:tc>
          <w:tcPr>
            <w:tcW w:w="10368" w:type="dxa"/>
            <w:shd w:val="clear" w:color="auto" w:fill="D9EAD3"/>
          </w:tcPr>
          <w:p w14:paraId="7BCBA957" w14:textId="77777777" w:rsidR="00223382" w:rsidRDefault="00F44035">
            <w:pPr>
              <w:keepNext/>
              <w:spacing w:after="0"/>
            </w:pPr>
            <w:r>
              <w:rPr>
                <w:b/>
                <w:sz w:val="22"/>
              </w:rPr>
              <w:t>6. CREATIVITY &amp; INNOVATION</w:t>
            </w:r>
          </w:p>
        </w:tc>
      </w:tr>
    </w:tbl>
    <w:p w14:paraId="737371AC" w14:textId="77777777" w:rsidR="00223382" w:rsidRDefault="00223382">
      <w:pPr>
        <w:keepNext/>
        <w:spacing w:after="0"/>
      </w:pPr>
    </w:p>
    <w:p w14:paraId="2EDCC753" w14:textId="77777777" w:rsidR="00223382" w:rsidRDefault="00F44035">
      <w:pPr>
        <w:keepNext/>
      </w:pPr>
      <w:r>
        <w:t>What makes your scone innovative, creative or different?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8"/>
      </w:tblGrid>
      <w:tr w:rsidR="00223382" w14:paraId="767331D7" w14:textId="77777777">
        <w:trPr>
          <w:cantSplit/>
          <w:trHeight w:val="1300"/>
          <w:jc w:val="center"/>
        </w:trPr>
        <w:tc>
          <w:tcPr>
            <w:tcW w:w="10368" w:type="dxa"/>
          </w:tcPr>
          <w:p w14:paraId="66D78E19" w14:textId="77777777" w:rsidR="00223382" w:rsidRDefault="00223382"/>
        </w:tc>
      </w:tr>
    </w:tbl>
    <w:p w14:paraId="3C4C005D"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68"/>
      </w:tblGrid>
      <w:tr w:rsidR="00223382" w14:paraId="603C9DFD" w14:textId="77777777">
        <w:trPr>
          <w:jc w:val="center"/>
        </w:trPr>
        <w:tc>
          <w:tcPr>
            <w:tcW w:w="10368" w:type="dxa"/>
            <w:shd w:val="clear" w:color="auto" w:fill="D9EAD3"/>
          </w:tcPr>
          <w:p w14:paraId="4AB6C1FB" w14:textId="77777777" w:rsidR="00223382" w:rsidRDefault="00F44035">
            <w:pPr>
              <w:keepNext/>
              <w:spacing w:after="0"/>
            </w:pPr>
            <w:r>
              <w:rPr>
                <w:b/>
                <w:sz w:val="22"/>
              </w:rPr>
              <w:t>7. PRESENTATION</w:t>
            </w:r>
          </w:p>
        </w:tc>
      </w:tr>
    </w:tbl>
    <w:p w14:paraId="1085CAA8" w14:textId="77777777" w:rsidR="00223382" w:rsidRDefault="00223382">
      <w:pPr>
        <w:keepNext/>
        <w:spacing w:after="0"/>
      </w:pPr>
    </w:p>
    <w:p w14:paraId="77BC370A" w14:textId="77777777" w:rsidR="00223382" w:rsidRDefault="00F44035">
      <w:pPr>
        <w:keepNext/>
      </w:pPr>
      <w:r>
        <w:t>Please describe how you would present and serve your scone to the judges.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8"/>
      </w:tblGrid>
      <w:tr w:rsidR="00223382" w14:paraId="16A775C0" w14:textId="77777777">
        <w:trPr>
          <w:cantSplit/>
          <w:trHeight w:val="1300"/>
          <w:jc w:val="center"/>
        </w:trPr>
        <w:tc>
          <w:tcPr>
            <w:tcW w:w="10368" w:type="dxa"/>
          </w:tcPr>
          <w:p w14:paraId="0A987AB0" w14:textId="77777777" w:rsidR="00223382" w:rsidRDefault="00223382"/>
        </w:tc>
      </w:tr>
    </w:tbl>
    <w:p w14:paraId="315D08FD"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68"/>
      </w:tblGrid>
      <w:tr w:rsidR="00223382" w14:paraId="6C0752DF" w14:textId="77777777">
        <w:trPr>
          <w:jc w:val="center"/>
        </w:trPr>
        <w:tc>
          <w:tcPr>
            <w:tcW w:w="10368" w:type="dxa"/>
            <w:shd w:val="clear" w:color="auto" w:fill="D9EAD3"/>
          </w:tcPr>
          <w:p w14:paraId="592E9B44" w14:textId="77777777" w:rsidR="00223382" w:rsidRDefault="00F44035">
            <w:pPr>
              <w:keepNext/>
              <w:spacing w:after="0"/>
            </w:pPr>
            <w:r>
              <w:rPr>
                <w:b/>
                <w:sz w:val="22"/>
              </w:rPr>
              <w:t xml:space="preserve">8. PHOTOGRAPH </w:t>
            </w:r>
          </w:p>
        </w:tc>
      </w:tr>
    </w:tbl>
    <w:p w14:paraId="700326AD" w14:textId="77777777" w:rsidR="00223382" w:rsidRDefault="00223382">
      <w:pPr>
        <w:keepNext/>
        <w:spacing w:after="0"/>
      </w:pPr>
    </w:p>
    <w:p w14:paraId="43EFA9D1" w14:textId="77777777" w:rsidR="00223382" w:rsidRDefault="00F44035">
      <w:pPr>
        <w:keepNext/>
      </w:pPr>
      <w:r>
        <w:t>Please attach or insert a clear photograph of your completed scone. Please ensure the photograph shows the finished product clearly. If you are emailing your entry, you can insert the photo here or attach it as a separate JPG or PNG file.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8"/>
      </w:tblGrid>
      <w:tr w:rsidR="00223382" w14:paraId="6699C019" w14:textId="77777777">
        <w:trPr>
          <w:cantSplit/>
          <w:trHeight w:val="2700"/>
          <w:jc w:val="center"/>
        </w:trPr>
        <w:tc>
          <w:tcPr>
            <w:tcW w:w="10368" w:type="dxa"/>
            <w:vAlign w:val="center"/>
          </w:tcPr>
          <w:p w14:paraId="5C529137" w14:textId="77777777" w:rsidR="00223382" w:rsidRDefault="00F44035">
            <w:pPr>
              <w:spacing w:after="0"/>
              <w:jc w:val="center"/>
            </w:pPr>
            <w:r>
              <w:rPr>
                <w:color w:val="7F7F7F"/>
              </w:rPr>
              <w:t>[ INSERT PHOTOGRAPH HERE ]</w:t>
            </w:r>
          </w:p>
        </w:tc>
      </w:tr>
    </w:tbl>
    <w:p w14:paraId="336B661C"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68"/>
      </w:tblGrid>
      <w:tr w:rsidR="00223382" w14:paraId="3A4066EE" w14:textId="77777777">
        <w:trPr>
          <w:jc w:val="center"/>
        </w:trPr>
        <w:tc>
          <w:tcPr>
            <w:tcW w:w="10368" w:type="dxa"/>
            <w:shd w:val="clear" w:color="auto" w:fill="D9EAD3"/>
          </w:tcPr>
          <w:p w14:paraId="3A3910A5" w14:textId="77777777" w:rsidR="00223382" w:rsidRDefault="00F44035">
            <w:pPr>
              <w:keepNext/>
              <w:spacing w:after="0"/>
            </w:pPr>
            <w:r>
              <w:rPr>
                <w:b/>
                <w:sz w:val="22"/>
              </w:rPr>
              <w:t>9. ENTRANT DECLARATION</w:t>
            </w:r>
          </w:p>
        </w:tc>
      </w:tr>
    </w:tbl>
    <w:p w14:paraId="53B97BE5" w14:textId="77777777" w:rsidR="00223382" w:rsidRDefault="00223382">
      <w:pPr>
        <w:keepNext/>
        <w:spacing w:after="0"/>
      </w:pPr>
    </w:p>
    <w:p w14:paraId="0DD2EC51" w14:textId="77777777" w:rsidR="00223382" w:rsidRDefault="00F44035">
      <w:pPr>
        <w:keepNext/>
      </w:pPr>
      <w:r>
        <w:t>I confirm that the information provided in this entry form is accurate and that my recipe meets the requirements of the competition class entered.</w:t>
      </w:r>
    </w:p>
    <w:p w14:paraId="6FC09705" w14:textId="77777777" w:rsidR="00836032" w:rsidRDefault="00564BCB">
      <w:pPr>
        <w:keepNext/>
        <w:spacing w:after="80"/>
      </w:pPr>
      <w:sdt>
        <w:sdtPr>
          <w:id w:val="720005"/>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I am happy for my name, organisation and photograph to be used to promote the competition and Nutrition and Hydration Week.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9"/>
        <w:gridCol w:w="5179"/>
      </w:tblGrid>
      <w:tr w:rsidR="00223382" w14:paraId="1581AD23" w14:textId="77777777">
        <w:trPr>
          <w:cantSplit/>
          <w:jc w:val="center"/>
        </w:trPr>
        <w:tc>
          <w:tcPr>
            <w:tcW w:w="5184" w:type="dxa"/>
            <w:vAlign w:val="center"/>
          </w:tcPr>
          <w:p w14:paraId="4A6E927A" w14:textId="77777777" w:rsidR="00223382" w:rsidRDefault="00F44035">
            <w:r>
              <w:t>Name:</w:t>
            </w:r>
            <w:r>
              <w:br/>
            </w:r>
          </w:p>
        </w:tc>
        <w:tc>
          <w:tcPr>
            <w:tcW w:w="5184" w:type="dxa"/>
            <w:vAlign w:val="center"/>
          </w:tcPr>
          <w:p w14:paraId="0EF62F4F" w14:textId="77777777" w:rsidR="00223382" w:rsidRDefault="00F44035">
            <w:r>
              <w:t>Date:</w:t>
            </w:r>
            <w:r>
              <w:br/>
            </w:r>
          </w:p>
        </w:tc>
      </w:tr>
      <w:tr w:rsidR="00223382" w14:paraId="6B1630AA" w14:textId="77777777">
        <w:trPr>
          <w:cantSplit/>
          <w:jc w:val="center"/>
        </w:trPr>
        <w:tc>
          <w:tcPr>
            <w:tcW w:w="5184" w:type="dxa"/>
            <w:vAlign w:val="center"/>
          </w:tcPr>
          <w:p w14:paraId="2ADBDD7A" w14:textId="77777777" w:rsidR="00223382" w:rsidRDefault="00F44035">
            <w:r>
              <w:t>Signature:</w:t>
            </w:r>
            <w:r>
              <w:br/>
            </w:r>
          </w:p>
        </w:tc>
        <w:tc>
          <w:tcPr>
            <w:tcW w:w="5184" w:type="dxa"/>
            <w:vAlign w:val="center"/>
          </w:tcPr>
          <w:p w14:paraId="4FCC48EB" w14:textId="77777777" w:rsidR="00223382" w:rsidRDefault="00F44035">
            <w:r>
              <w:br/>
            </w:r>
          </w:p>
        </w:tc>
      </w:tr>
    </w:tbl>
    <w:p w14:paraId="4D55ED08" w14:textId="77777777" w:rsidR="00836032" w:rsidRDefault="00836032">
      <w:pPr>
        <w:keepNext/>
        <w:spacing w:after="0" w:line="200" w:lineRule="exact"/>
      </w:pPr>
    </w:p>
    <w:tbl>
      <w:tblPr>
        <w:tblW w:w="0" w:type="auto"/>
        <w:jc w:val="center"/>
        <w:tblLook w:val="04A0" w:firstRow="1" w:lastRow="0" w:firstColumn="1" w:lastColumn="0" w:noHBand="0" w:noVBand="1"/>
      </w:tblPr>
      <w:tblGrid>
        <w:gridCol w:w="10368"/>
      </w:tblGrid>
      <w:tr w:rsidR="00223382" w14:paraId="01D4D28B" w14:textId="77777777">
        <w:trPr>
          <w:jc w:val="center"/>
        </w:trPr>
        <w:tc>
          <w:tcPr>
            <w:tcW w:w="10368" w:type="dxa"/>
            <w:shd w:val="clear" w:color="auto" w:fill="D9EAD3"/>
          </w:tcPr>
          <w:p w14:paraId="74732EBC" w14:textId="77777777" w:rsidR="00223382" w:rsidRDefault="00F44035">
            <w:pPr>
              <w:keepNext/>
              <w:spacing w:after="0"/>
            </w:pPr>
            <w:r>
              <w:rPr>
                <w:b/>
                <w:sz w:val="22"/>
              </w:rPr>
              <w:t>10. SUBMISSION</w:t>
            </w:r>
          </w:p>
        </w:tc>
      </w:tr>
    </w:tbl>
    <w:p w14:paraId="5C9DD5DE" w14:textId="77777777" w:rsidR="00223382" w:rsidRDefault="00223382">
      <w:pPr>
        <w:keepNext/>
        <w:spacing w:after="0"/>
      </w:pPr>
    </w:p>
    <w:p w14:paraId="2E228868" w14:textId="77777777" w:rsidR="00223382" w:rsidRDefault="00F44035">
      <w:pPr>
        <w:keepNext/>
      </w:pPr>
      <w:r>
        <w:t>Please submit your completed entry form together with your recipe and photograph by the closing date of Wednesday 18th November 2026.</w:t>
      </w:r>
      <w:r>
        <w:rPr>
          <w:b/>
        </w:rPr>
        <w:br/>
        <w:t xml:space="preserve">Email entries to: </w:t>
      </w:r>
      <w:hyperlink r:id="rId9">
        <w:r>
          <w:rPr>
            <w:b/>
            <w:color w:val="0563C1"/>
            <w:u w:val="single"/>
          </w:rPr>
          <w:t>nhweek@yahoo.co.uk</w:t>
        </w:r>
      </w:hyperlink>
    </w:p>
    <w:p w14:paraId="7DD7D7B1" w14:textId="77777777" w:rsidR="00836032" w:rsidRDefault="00A53A91">
      <w:pPr>
        <w:spacing w:before="120" w:after="60"/>
      </w:pPr>
      <w:r>
        <w:rPr>
          <w:b/>
        </w:rPr>
        <w:t>Before you submit, please check:</w:t>
      </w:r>
    </w:p>
    <w:p w14:paraId="5C7AA04E" w14:textId="77777777" w:rsidR="00836032" w:rsidRDefault="00564BCB">
      <w:pPr>
        <w:spacing w:after="40"/>
      </w:pPr>
      <w:sdt>
        <w:sdtPr>
          <w:id w:val="720006"/>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One competition class ticked, and one recipe per form</w:t>
      </w:r>
    </w:p>
    <w:p w14:paraId="6764A5AD" w14:textId="77777777" w:rsidR="00836032" w:rsidRDefault="00564BCB">
      <w:pPr>
        <w:spacing w:after="40"/>
      </w:pPr>
      <w:sdt>
        <w:sdtPr>
          <w:id w:val="720007"/>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Ingredients, method and allergen information completed (Section 5 in full for Class Two)</w:t>
      </w:r>
    </w:p>
    <w:p w14:paraId="1B34D9C8" w14:textId="77777777" w:rsidR="00836032" w:rsidRDefault="00564BCB">
      <w:pPr>
        <w:spacing w:after="40"/>
      </w:pPr>
      <w:sdt>
        <w:sdtPr>
          <w:id w:val="720008"/>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Photograph inserted or attached</w:t>
      </w:r>
    </w:p>
    <w:p w14:paraId="559391C4" w14:textId="77777777" w:rsidR="00836032" w:rsidRDefault="00564BCB">
      <w:pPr>
        <w:spacing w:after="40"/>
      </w:pPr>
      <w:sdt>
        <w:sdtPr>
          <w:id w:val="720009"/>
          <w14:checkbox>
            <w14:checked w14:val="0"/>
            <w14:checkedState w14:val="2612" w14:font="MS Gothic"/>
            <w14:uncheckedState w14:val="2610" w14:font="MS Gothic"/>
          </w14:checkbox>
        </w:sdtPr>
        <w:sdtEndPr/>
        <w:sdtContent>
          <w:r w:rsidR="00A53A91">
            <w:rPr>
              <w:rFonts w:ascii="MS Gothic" w:eastAsia="MS Gothic" w:hAnsi="MS Gothic" w:hint="eastAsia"/>
            </w:rPr>
            <w:t>☐</w:t>
          </w:r>
        </w:sdtContent>
      </w:sdt>
      <w:r w:rsidR="00A53A91">
        <w:t xml:space="preserve"> Declaration completed</w:t>
      </w:r>
    </w:p>
    <w:p w14:paraId="194BEA51" w14:textId="77777777" w:rsidR="00223382" w:rsidRDefault="00F44035">
      <w:pPr>
        <w:spacing w:before="200" w:after="40"/>
        <w:jc w:val="center"/>
      </w:pPr>
      <w:r>
        <w:rPr>
          <w:b/>
        </w:rPr>
        <w:t>Nutrition and Hydration Week – 15th Birthday</w:t>
      </w:r>
    </w:p>
    <w:p w14:paraId="1068DE4D" w14:textId="77777777" w:rsidR="00223382" w:rsidRDefault="00F44035">
      <w:pPr>
        <w:jc w:val="center"/>
      </w:pPr>
      <w:hyperlink r:id="rId10">
        <w:r>
          <w:rPr>
            <w:b/>
            <w:color w:val="0563C1"/>
            <w:u w:val="single"/>
          </w:rPr>
          <w:t>nutritionandhydrationweek.co.uk</w:t>
        </w:r>
      </w:hyperlink>
    </w:p>
    <w:sectPr w:rsidR="00223382" w:rsidSect="00034616">
      <w:footerReference w:type="default" r:id="rId11"/>
      <w:pgSz w:w="11906" w:h="16838"/>
      <w:pgMar w:top="850" w:right="769" w:bottom="1000" w:left="769" w:header="50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DE249" w14:textId="77777777" w:rsidR="00564BCB" w:rsidRDefault="00564BCB">
      <w:pPr>
        <w:spacing w:after="0" w:line="240" w:lineRule="auto"/>
      </w:pPr>
      <w:r>
        <w:separator/>
      </w:r>
    </w:p>
  </w:endnote>
  <w:endnote w:type="continuationSeparator" w:id="0">
    <w:p w14:paraId="617F521F" w14:textId="77777777" w:rsidR="00564BCB" w:rsidRDefault="0056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DF4E" w14:textId="77777777" w:rsidR="00836032" w:rsidRDefault="00A53A91">
    <w:pPr>
      <w:pStyle w:val="Footer"/>
      <w:jc w:val="center"/>
    </w:pPr>
    <w:r>
      <w:rPr>
        <w:color w:val="595959"/>
        <w:sz w:val="16"/>
      </w:rPr>
      <w:t xml:space="preserve">Nutrition and Hydration Week – 15th Birthday Scone Competition – Entry Form   |   Page </w:t>
    </w:r>
    <w:r>
      <w:rPr>
        <w:color w:val="595959"/>
        <w:sz w:val="16"/>
      </w:rPr>
      <w:fldChar w:fldCharType="begin"/>
    </w:r>
    <w:r>
      <w:rPr>
        <w:color w:val="595959"/>
        <w:sz w:val="16"/>
      </w:rPr>
      <w:instrText xml:space="preserve"> PAGE </w:instrText>
    </w:r>
    <w:r>
      <w:rPr>
        <w:color w:val="595959"/>
        <w:sz w:val="16"/>
      </w:rPr>
      <w:fldChar w:fldCharType="separate"/>
    </w:r>
    <w:r>
      <w:rPr>
        <w:color w:val="595959"/>
        <w:sz w:val="16"/>
      </w:rPr>
      <w:t>1</w:t>
    </w:r>
    <w:r>
      <w:rPr>
        <w:color w:val="595959"/>
        <w:sz w:val="16"/>
      </w:rPr>
      <w:fldChar w:fldCharType="end"/>
    </w:r>
    <w:r>
      <w:rPr>
        <w:color w:val="595959"/>
        <w:sz w:val="16"/>
      </w:rPr>
      <w:t xml:space="preserve"> of </w:t>
    </w:r>
    <w:r>
      <w:rPr>
        <w:color w:val="595959"/>
        <w:sz w:val="16"/>
      </w:rPr>
      <w:fldChar w:fldCharType="begin"/>
    </w:r>
    <w:r>
      <w:rPr>
        <w:color w:val="595959"/>
        <w:sz w:val="16"/>
      </w:rPr>
      <w:instrText xml:space="preserve"> NUMPAGES </w:instrText>
    </w:r>
    <w:r>
      <w:rPr>
        <w:color w:val="595959"/>
        <w:sz w:val="16"/>
      </w:rPr>
      <w:fldChar w:fldCharType="separate"/>
    </w:r>
    <w:r>
      <w:rPr>
        <w:color w:val="595959"/>
        <w:sz w:val="16"/>
      </w:rPr>
      <w:t>4</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227B4" w14:textId="77777777" w:rsidR="00564BCB" w:rsidRDefault="00564BCB">
      <w:pPr>
        <w:spacing w:after="0" w:line="240" w:lineRule="auto"/>
      </w:pPr>
      <w:r>
        <w:separator/>
      </w:r>
    </w:p>
  </w:footnote>
  <w:footnote w:type="continuationSeparator" w:id="0">
    <w:p w14:paraId="7BAB2957" w14:textId="77777777" w:rsidR="00564BCB" w:rsidRDefault="00564B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2801251">
    <w:abstractNumId w:val="8"/>
  </w:num>
  <w:num w:numId="2" w16cid:durableId="1519855365">
    <w:abstractNumId w:val="6"/>
  </w:num>
  <w:num w:numId="3" w16cid:durableId="1883975224">
    <w:abstractNumId w:val="5"/>
  </w:num>
  <w:num w:numId="4" w16cid:durableId="779642606">
    <w:abstractNumId w:val="4"/>
  </w:num>
  <w:num w:numId="5" w16cid:durableId="498231397">
    <w:abstractNumId w:val="7"/>
  </w:num>
  <w:num w:numId="6" w16cid:durableId="1536186867">
    <w:abstractNumId w:val="3"/>
  </w:num>
  <w:num w:numId="7" w16cid:durableId="780536411">
    <w:abstractNumId w:val="2"/>
  </w:num>
  <w:num w:numId="8" w16cid:durableId="1257832458">
    <w:abstractNumId w:val="1"/>
  </w:num>
  <w:num w:numId="9" w16cid:durableId="797190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1EB3"/>
    <w:rsid w:val="0015074B"/>
    <w:rsid w:val="00166626"/>
    <w:rsid w:val="00223382"/>
    <w:rsid w:val="0029639D"/>
    <w:rsid w:val="00326F90"/>
    <w:rsid w:val="0054346A"/>
    <w:rsid w:val="005469FA"/>
    <w:rsid w:val="00564BCB"/>
    <w:rsid w:val="005A2158"/>
    <w:rsid w:val="00666974"/>
    <w:rsid w:val="006F1728"/>
    <w:rsid w:val="00727C07"/>
    <w:rsid w:val="00836032"/>
    <w:rsid w:val="00A53A91"/>
    <w:rsid w:val="00AA1D8D"/>
    <w:rsid w:val="00B1095B"/>
    <w:rsid w:val="00B17843"/>
    <w:rsid w:val="00B47730"/>
    <w:rsid w:val="00B5401F"/>
    <w:rsid w:val="00C03405"/>
    <w:rsid w:val="00CA2F4A"/>
    <w:rsid w:val="00CB0664"/>
    <w:rsid w:val="00D444AE"/>
    <w:rsid w:val="00E96CD8"/>
    <w:rsid w:val="00F44035"/>
    <w:rsid w:val="00FC3F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1C3754"/>
  <w14:defaultImageDpi w14:val="300"/>
  <w15:docId w15:val="{6E91FA89-0940-4B3A-9798-3080A21A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109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utritionandhydrationweek.co.uk" TargetMode="External"/><Relationship Id="rId4" Type="http://schemas.openxmlformats.org/officeDocument/2006/relationships/settings" Target="settings.xml"/><Relationship Id="rId9" Type="http://schemas.openxmlformats.org/officeDocument/2006/relationships/hyperlink" Target="mailto:nhweek@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Andy Jones</cp:lastModifiedBy>
  <cp:revision>3</cp:revision>
  <dcterms:created xsi:type="dcterms:W3CDTF">2026-09-30T07:07:00Z</dcterms:created>
  <dcterms:modified xsi:type="dcterms:W3CDTF">2026-09-30T17:55:00Z</dcterms:modified>
  <cp:category/>
</cp:coreProperties>
</file>